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>
        <w:rPr>
          <w:b/>
        </w:rPr>
        <w:t>PT MORA MULTI BERKAH</w:t>
      </w:r>
    </w:p>
    <w:p>
      <w:r>
        <w:t>Jl. Kapten Sumaryono, Komplek Graha Metropolitan Blok G No. 14</w:t>
      </w:r>
    </w:p>
    <w:p>
      <w:r>
        <w:t>Medan Helvetia, 20114 – Indonesia</w:t>
      </w:r>
    </w:p>
    <w:p>
      <w:r>
        <w:t>Email: info@m2b.co.id | WhatsApp: +62 812 6302 7818</w:t>
      </w:r>
    </w:p>
    <w:p>
      <w:r>
        <w:br/>
      </w:r>
      <w:r>
        <w:rPr>
          <w:b/>
        </w:rPr>
        <w:t>EXPORT INVOICE</w:t>
      </w:r>
    </w:p>
    <w:p>
      <w:r>
        <w:t>Invoice No: M2B-EXP/001/VI/2025</w:t>
      </w:r>
    </w:p>
    <w:p>
      <w:r>
        <w:t>Date: [DD-MM-YYYY]</w:t>
      </w:r>
    </w:p>
    <w:p>
      <w:r>
        <w:br/>
        <w:t>To (Consignee):</w:t>
      </w:r>
    </w:p>
    <w:p>
      <w:r>
        <w:t>Company Name: ABC Global Importers</w:t>
      </w:r>
    </w:p>
    <w:p>
      <w:r>
        <w:t>Address: 123 Export Blvd, Singapore 45678</w:t>
      </w:r>
    </w:p>
    <w:p>
      <w:r>
        <w:t>Country: Singapore</w:t>
      </w:r>
    </w:p>
    <w:p>
      <w:r>
        <w:br/>
        <w:t>Product Details: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No.</w:t>
            </w:r>
          </w:p>
        </w:tc>
        <w:tc>
          <w:tcPr>
            <w:tcW w:type="dxa" w:w="1234"/>
          </w:tcPr>
          <w:p>
            <w:r>
              <w:t>Product Name</w:t>
            </w:r>
          </w:p>
        </w:tc>
        <w:tc>
          <w:tcPr>
            <w:tcW w:type="dxa" w:w="1234"/>
          </w:tcPr>
          <w:p>
            <w:r>
              <w:t>HS Code</w:t>
            </w:r>
          </w:p>
        </w:tc>
        <w:tc>
          <w:tcPr>
            <w:tcW w:type="dxa" w:w="1234"/>
          </w:tcPr>
          <w:p>
            <w:r>
              <w:t>Quantity</w:t>
            </w:r>
          </w:p>
        </w:tc>
        <w:tc>
          <w:tcPr>
            <w:tcW w:type="dxa" w:w="1234"/>
          </w:tcPr>
          <w:p>
            <w:r>
              <w:t>Unit</w:t>
            </w:r>
          </w:p>
        </w:tc>
        <w:tc>
          <w:tcPr>
            <w:tcW w:type="dxa" w:w="1234"/>
          </w:tcPr>
          <w:p>
            <w:r>
              <w:t>Unit Price (USD)</w:t>
            </w:r>
          </w:p>
        </w:tc>
        <w:tc>
          <w:tcPr>
            <w:tcW w:type="dxa" w:w="1234"/>
          </w:tcPr>
          <w:p>
            <w:r>
              <w:t>Total (USD)</w:t>
            </w:r>
          </w:p>
        </w:tc>
      </w:tr>
      <w:tr>
        <w:tc>
          <w:tcPr>
            <w:tcW w:type="dxa" w:w="1234"/>
          </w:tcPr>
          <w:p>
            <w:r>
              <w:t>1</w:t>
            </w:r>
          </w:p>
        </w:tc>
        <w:tc>
          <w:tcPr>
            <w:tcW w:type="dxa" w:w="1234"/>
          </w:tcPr>
          <w:p>
            <w:r>
              <w:t>Arabica Ground Coffee</w:t>
            </w:r>
          </w:p>
        </w:tc>
        <w:tc>
          <w:tcPr>
            <w:tcW w:type="dxa" w:w="1234"/>
          </w:tcPr>
          <w:p>
            <w:r>
              <w:t>0901.21</w:t>
            </w:r>
          </w:p>
        </w:tc>
        <w:tc>
          <w:tcPr>
            <w:tcW w:type="dxa" w:w="1234"/>
          </w:tcPr>
          <w:p>
            <w:r>
              <w:t>100</w:t>
            </w:r>
          </w:p>
        </w:tc>
        <w:tc>
          <w:tcPr>
            <w:tcW w:type="dxa" w:w="1234"/>
          </w:tcPr>
          <w:p>
            <w:r>
              <w:t>kg</w:t>
            </w:r>
          </w:p>
        </w:tc>
        <w:tc>
          <w:tcPr>
            <w:tcW w:type="dxa" w:w="1234"/>
          </w:tcPr>
          <w:p>
            <w:r>
              <w:t>4.50</w:t>
            </w:r>
          </w:p>
        </w:tc>
        <w:tc>
          <w:tcPr>
            <w:tcW w:type="dxa" w:w="1234"/>
          </w:tcPr>
          <w:p>
            <w:r>
              <w:t>450.00</w:t>
            </w:r>
          </w:p>
        </w:tc>
      </w:tr>
    </w:tbl>
    <w:p>
      <w:r>
        <w:br/>
        <w:t>Subtotal: USD 450.00</w:t>
      </w:r>
    </w:p>
    <w:p>
      <w:r>
        <w:t>Shipping Cost: USD 80.00</w:t>
      </w:r>
    </w:p>
    <w:p>
      <w:r>
        <w:t>Grand Total: USD 530.00</w:t>
      </w:r>
    </w:p>
    <w:p>
      <w:r>
        <w:br/>
        <w:t>Incoterms: FOB / CIF / DDP (choose one)</w:t>
      </w:r>
    </w:p>
    <w:p>
      <w:r>
        <w:t>Port of Loading: Belawan Port, Indonesia</w:t>
      </w:r>
    </w:p>
    <w:p>
      <w:r>
        <w:t>Port of Destination: Singapore Port</w:t>
      </w:r>
    </w:p>
    <w:p>
      <w:r>
        <w:t>Payment Terms: Bank Transfer (T/T)</w:t>
      </w:r>
    </w:p>
    <w:p>
      <w:r>
        <w:br/>
        <w:t>Note: All items are inspected and comply with export quality standards.</w:t>
      </w:r>
    </w:p>
    <w:p>
      <w:r>
        <w:br/>
      </w:r>
      <w:r>
        <w:rPr>
          <w:b/>
        </w:rPr>
        <w:t>PACKING LIST</w:t>
      </w:r>
    </w:p>
    <w:p>
      <w:r>
        <w:t>Document No: M2B-PL/001/VI/2025</w:t>
      </w:r>
    </w:p>
    <w:p>
      <w:r>
        <w:t>Date: [DD-MM-YYYY]</w:t>
      </w:r>
    </w:p>
    <w:p>
      <w:r>
        <w:br/>
        <w:t>Exporter:</w:t>
      </w:r>
    </w:p>
    <w:p>
      <w:r>
        <w:t>PT MORA MULTI BERKAH</w:t>
      </w:r>
    </w:p>
    <w:p>
      <w:r>
        <w:t>Jl. Kapten Sumaryono, Medan Helvetia, Indonesia</w:t>
      </w:r>
    </w:p>
    <w:p>
      <w:r>
        <w:t>Email: info@m2b.co.id</w:t>
      </w:r>
    </w:p>
    <w:p>
      <w:r>
        <w:t>Tax ID (NPWP): [xxxxxx]</w:t>
      </w:r>
    </w:p>
    <w:p>
      <w:r>
        <w:br/>
        <w:t>Consignee:</w:t>
      </w:r>
    </w:p>
    <w:p>
      <w:r>
        <w:t>ABC Global Importers</w:t>
      </w:r>
    </w:p>
    <w:p>
      <w:r>
        <w:t>123 Export Blvd, Singapore 45678</w:t>
      </w:r>
    </w:p>
    <w:p>
      <w:r>
        <w:t>Singapore</w:t>
      </w:r>
    </w:p>
    <w:p>
      <w:r>
        <w:br/>
        <w:t>Shipping Information: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No.</w:t>
            </w:r>
          </w:p>
        </w:tc>
        <w:tc>
          <w:tcPr>
            <w:tcW w:type="dxa" w:w="1234"/>
          </w:tcPr>
          <w:p>
            <w:r>
              <w:t>Product Name</w:t>
            </w:r>
          </w:p>
        </w:tc>
        <w:tc>
          <w:tcPr>
            <w:tcW w:type="dxa" w:w="1234"/>
          </w:tcPr>
          <w:p>
            <w:r>
              <w:t>Quantity</w:t>
            </w:r>
          </w:p>
        </w:tc>
        <w:tc>
          <w:tcPr>
            <w:tcW w:type="dxa" w:w="1234"/>
          </w:tcPr>
          <w:p>
            <w:r>
              <w:t>Unit</w:t>
            </w:r>
          </w:p>
        </w:tc>
        <w:tc>
          <w:tcPr>
            <w:tcW w:type="dxa" w:w="1234"/>
          </w:tcPr>
          <w:p>
            <w:r>
              <w:t>Gross Weight (kg)</w:t>
            </w:r>
          </w:p>
        </w:tc>
        <w:tc>
          <w:tcPr>
            <w:tcW w:type="dxa" w:w="1234"/>
          </w:tcPr>
          <w:p>
            <w:r>
              <w:t>Volume (m³)</w:t>
            </w:r>
          </w:p>
        </w:tc>
        <w:tc>
          <w:tcPr>
            <w:tcW w:type="dxa" w:w="1234"/>
          </w:tcPr>
          <w:p>
            <w:r>
              <w:t>Packaging Type</w:t>
            </w:r>
          </w:p>
        </w:tc>
      </w:tr>
      <w:tr>
        <w:tc>
          <w:tcPr>
            <w:tcW w:type="dxa" w:w="1234"/>
          </w:tcPr>
          <w:p>
            <w:r>
              <w:t>1</w:t>
            </w:r>
          </w:p>
        </w:tc>
        <w:tc>
          <w:tcPr>
            <w:tcW w:type="dxa" w:w="1234"/>
          </w:tcPr>
          <w:p>
            <w:r>
              <w:t>Arabica Ground Coffee</w:t>
            </w:r>
          </w:p>
        </w:tc>
        <w:tc>
          <w:tcPr>
            <w:tcW w:type="dxa" w:w="1234"/>
          </w:tcPr>
          <w:p>
            <w:r>
              <w:t>100</w:t>
            </w:r>
          </w:p>
        </w:tc>
        <w:tc>
          <w:tcPr>
            <w:tcW w:type="dxa" w:w="1234"/>
          </w:tcPr>
          <w:p>
            <w:r>
              <w:t>kg</w:t>
            </w:r>
          </w:p>
        </w:tc>
        <w:tc>
          <w:tcPr>
            <w:tcW w:type="dxa" w:w="1234"/>
          </w:tcPr>
          <w:p>
            <w:r>
              <w:t>110</w:t>
            </w:r>
          </w:p>
        </w:tc>
        <w:tc>
          <w:tcPr>
            <w:tcW w:type="dxa" w:w="1234"/>
          </w:tcPr>
          <w:p>
            <w:r>
              <w:t>0.45</w:t>
            </w:r>
          </w:p>
        </w:tc>
        <w:tc>
          <w:tcPr>
            <w:tcW w:type="dxa" w:w="1234"/>
          </w:tcPr>
          <w:p>
            <w:r>
              <w:t>10 Cartons</w:t>
            </w:r>
          </w:p>
        </w:tc>
      </w:tr>
    </w:tbl>
    <w:p>
      <w:r>
        <w:br/>
        <w:t>Total Gross Weight: 110 kg</w:t>
      </w:r>
    </w:p>
    <w:p>
      <w:r>
        <w:t>Total Volume: 0.45 m³</w:t>
      </w:r>
    </w:p>
    <w:p>
      <w:r>
        <w:t>Packaging: Carton</w:t>
      </w:r>
    </w:p>
    <w:p>
      <w:r>
        <w:t>Shipping Method: Sea Freight / Air Freight</w:t>
      </w:r>
    </w:p>
    <w:p>
      <w:r>
        <w:t>Total Packages: 10 Cartons</w:t>
      </w:r>
    </w:p>
    <w:p>
      <w:r>
        <w:br/>
        <w:t>Remarks: All goods are inspected and packaged according to international export standards.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